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案内状・案内文の文例集</w:t>
      </w:r>
    </w:p>
    <w:p>
      <w:r>
        <w:rPr>
          <w:sz w:val="16"/>
        </w:rPr>
        <w:t>本ひな形は、検討のたたき台として作成したものです。そのまま使用した場合の法的な有効性・十分性について、作成者は責任を負いません。実際に締結する前に、必ず弁護士等の専門家の確認を受けてください。取引の内容によっては下請法やフリーランス・事業者間取引適正化等法の対象となり、記載が必要な事項が追加される場合があります。該当するかどうかも専門家にご確認ください。</w:t>
      </w:r>
    </w:p>
    <w:p/>
    <w:p>
      <w:r>
        <w:t>※ そのまま使えますが、日付・会場・締切は必ず差し替えてください。敬称・時候の挨拶は相手との関係で調整します。</w:t>
      </w:r>
    </w:p>
    <w:p>
      <w:r>
        <w:rPr>
          <w:b/>
        </w:rPr>
        <w:t>展示会の出展案内（既存顧客向け・メール）</w:t>
      </w:r>
    </w:p>
    <w:p>
      <w:r>
        <w:t>件名：【ご案内】◯◯展への出展のお知らせ（小間番号 ◯◯）</w:t>
      </w:r>
    </w:p>
    <w:p/>
    <w:p>
      <w:r>
        <w:t>平素より格別のご高配を賜り、厚く御礼申し上げます。</w:t>
      </w:r>
    </w:p>
    <w:p>
      <w:r>
        <w:t>このたび弊社は、◯月◯日から◯月◯日まで◯◯にて開催される「◯◯展」に出展いたします。</w:t>
      </w:r>
    </w:p>
    <w:p>
      <w:r>
        <w:t>小間番号は ◯◯ でございます。会場では◯◯をご覧いただけます。</w:t>
      </w:r>
    </w:p>
    <w:p>
      <w:r>
        <w:t>ご来場の際は、お立ち寄りいただけますと幸いです。</w:t>
      </w:r>
    </w:p>
    <w:p>
      <w:r>
        <w:t>なお、事前にお時間を頂戴できる場合は、個別にご説明のお時間を確保いたします。本メールにご返信にてご都合をお知らせください。</w:t>
      </w:r>
    </w:p>
    <w:p/>
    <w:p>
      <w:r>
        <w:rPr>
          <w:b/>
        </w:rPr>
        <w:t>展示会の出展案内（見込み客向け・はがき/DM）</w:t>
      </w:r>
    </w:p>
    <w:p>
      <w:r>
        <w:t>拝啓　時下ますますご清栄のこととお慶び申し上げます。</w:t>
      </w:r>
    </w:p>
    <w:p>
      <w:r>
        <w:t>このたび弊社は「◯◯展」に出展する運びとなりました。</w:t>
      </w:r>
    </w:p>
    <w:p>
      <w:r>
        <w:t>会期：◯月◯日（◯）〜◯月◯日（◯）／会場：◯◯／小間番号：◯◯</w:t>
      </w:r>
    </w:p>
    <w:p>
      <w:r>
        <w:t>同封の招待券をご利用いただけます。皆様のご来場を心よりお待ち申し上げます。　敬具</w:t>
      </w:r>
    </w:p>
    <w:p/>
    <w:p>
      <w:r>
        <w:rPr>
          <w:b/>
        </w:rPr>
        <w:t>懇親会の案内（社内向け）</w:t>
      </w:r>
    </w:p>
    <w:p>
      <w:r>
        <w:t>件名：◯◯懇親会のご案内（◯月◯日）</w:t>
      </w:r>
    </w:p>
    <w:p/>
    <w:p>
      <w:r>
        <w:t>お疲れさまです。下記のとおり懇親会を開催します。</w:t>
      </w:r>
    </w:p>
    <w:p>
      <w:r>
        <w:t>日時：◯月◯日（◯）◯◯:◯◯〜　／　会場：◯◯（◯◯駅 徒歩◯分）</w:t>
      </w:r>
    </w:p>
    <w:p>
      <w:r>
        <w:t>会費：◯◯円（当日受付にて集金）</w:t>
      </w:r>
    </w:p>
    <w:p>
      <w:r>
        <w:t>出欠：◯月◯日（◯）までに本メールへご返信ください。</w:t>
      </w:r>
    </w:p>
    <w:p>
      <w:r>
        <w:t>食事制限・アレルギーのある方は、あわせてお知らせください。</w:t>
      </w:r>
    </w:p>
    <w:p/>
    <w:p>
      <w:r>
        <w:rPr>
          <w:b/>
        </w:rPr>
        <w:t>懇親会の案内（社外・取引先向け）</w:t>
      </w:r>
    </w:p>
    <w:p>
      <w:r>
        <w:t>拝啓　平素は格別のお引き立てを賜り、誠にありがとうございます。</w:t>
      </w:r>
    </w:p>
    <w:p>
      <w:r>
        <w:t>このたび、日頃の感謝を込めまして、下記のとおり懇親の席を設けさせていただきます。</w:t>
      </w:r>
    </w:p>
    <w:p>
      <w:r>
        <w:t>ご多用のところ恐縮ではございますが、ぜひご出席賜りますようお願い申し上げます。　敬具</w:t>
      </w:r>
    </w:p>
    <w:p>
      <w:r>
        <w:t>日時：◯月◯日（◯）◯◯:◯◯〜　／　会場：◯◯　／　会費：◯◯</w:t>
      </w:r>
    </w:p>
    <w:p/>
    <w:p>
      <w:r>
        <w:rPr>
          <w:b/>
        </w:rPr>
        <w:t>開催後のお礼（来場者向け）</w:t>
      </w:r>
    </w:p>
    <w:p>
      <w:r>
        <w:t>件名：ご来場の御礼（◯◯展）</w:t>
      </w:r>
    </w:p>
    <w:p/>
    <w:p>
      <w:r>
        <w:t>このたびは「◯◯展」弊社ブースにお立ち寄りいただき、誠にありがとうございました。</w:t>
      </w:r>
    </w:p>
    <w:p>
      <w:r>
        <w:t>ご案内した◯◯につきまして、資料を添付いたします。</w:t>
      </w:r>
    </w:p>
    <w:p>
      <w:r>
        <w:t>ご不明な点やお見積りのご依頼がございましたら、本メールにご返信ください。</w:t>
      </w:r>
    </w:p>
    <w:p/>
    <w:p>
      <w:r>
        <w:rPr>
          <w:b/>
        </w:rPr>
        <w:t>中止・延期のお知らせ</w:t>
      </w:r>
    </w:p>
    <w:p>
      <w:r>
        <w:t>件名：【重要】◯◯開催中止のお知らせ</w:t>
      </w:r>
    </w:p>
    <w:p/>
    <w:p>
      <w:r>
        <w:t>◯月◯日に開催を予定しておりました「◯◯」につきまして、◯◯のため、やむを得ず中止とさせていただくことといたしました。</w:t>
      </w:r>
    </w:p>
    <w:p>
      <w:r>
        <w:t>ご参加を予定されていた皆様には、多大なるご迷惑をおかけいたしますことを深くお詫び申し上げます。</w:t>
      </w:r>
    </w:p>
    <w:p>
      <w:r>
        <w:t>お支払い済みの参加費は、◯月◯日までに◯◯の方法にて返金いたします。</w:t>
      </w:r>
    </w:p>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